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הכספת של השוק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כפל במצבי קניה 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עודף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חשיבה צרכנית ותכנון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1: כפל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24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15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24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12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2: העודף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4. 6.5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3: הבלש הצרכני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50% זה חצי מהמחיר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להשוות בין הקבלה למה שבאמת קנינו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המחיר לא תמיד קשור לאיכות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לפעמים אותו מוצר זול יותר במקום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לפעמים מחיר ליחידה גבוה יותר דווקא באריזה הגדולה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4: התקציב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(סכום כסף מתוכנן להוצאה)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(כסף ששומרים ולא מוציאים)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(כסף שמוציאים כדי לקנות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(כסף שמקבלים, כמו דמי כיס)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(לבחור מה הכי חשוב לקנות קודם)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הקניה החכמה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להכין רשימת קניות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כמה כסף יש בתקציב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להשוות מחירים בין מוצרים 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לבחור את המוצר המשתלם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את הקבלה בסוף הקניה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סיכום: תכנון תקציב לשוק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מוצרים הגיוניים, מחבר נכון את הסכומים, לא חורג מ-30 שקלים ומחשב נכון את העודף.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הוצאה - כסף שמוציאים, חיסכון - כסף ששומרים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= מה ששילמנו פחות מחיר המוצר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לחסוך כסף ולקנות בצורה 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התחנות כמו בחדר הבריחה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מחירים אמיתיות מהבית או מהשוק המקומי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הכספת של השוק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הבריחה הדמיוני 'הכספת של השוק' עוברים תלמידים ותלמידות דרך ארבע תחנות - כפל בחנות, חישוב עודף, בלש צרכני ותכנון תקציב - כדי לפתוח את הכספת. בדף הזה נתרגל את אותם נושאים בעצמנו.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תחנה 1: כפל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קניתם 3 חבילות עוגיות, כל חבילה עולה 8 שקלים. כמה שילמתם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32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21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במבצע: 4 יוגורטים ב-20 שקלים. כמה עולה יוגורט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קניתם 5 עטים, כל עט עולה 3 שקלים. כמה שילמתם?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53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חבילת במבה עולה 4 שקלים. כמה עולות 6 חבילות?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במכולת: קונים 2 מקבלים 1 חינם. מחיר יחידה 6 שקלים. כמה משלמים על 3 יחידות?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24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תחנה 2: 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קניתם מוצר ב-12 שקלים ושילמתם עם שטר של 20 שקלים. העודף הוא __________ שקלים.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קניתם שני מוצרים ב-7 וב-5 שקלים ושילמתם עם 20 שקלים. העודף הוא __________ שקלים.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מחיר הפריט הוא 15 שקלים, שילמתם 50 שקלים. העודף הוא __________ שקלים.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קניתם ממתק ב-3.5 שקלים ושילמתם 10 שקלים. העודף הוא __________ שקלים.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שילמתם בדיוק את הסכום הנדרש, העודף הוא __________ שקלים.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תחנה 3: הבלש הצרכני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הנחה של 50% על מוצר שעלה 20 שקלים, המחיר החדש הוא 10 שקלים.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קבלה מראה מה קנינו וכמה שילמנו, ולכן היא עוזרת לבדוק טעויות.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יקר תמיד אומר שהמוצר באיכות טובה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השוואת מחירים בין חנויות יכולה לעזור לחסוך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שני מוצרים זהים אבל באריזות שונות, תמיד כדאי לקנות את האריזה הגדולה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תחנה 4: התקציב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כסף ששומרים ולא מוציאים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כסף שמקבלים, כמו דמי כיס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סכום כסף מתוכנן להוצאה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הכנסה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כסף שמוציאים כדי לקנות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עדיפות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לבחור מה הכי חשוב לקנות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הקניה החכמה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המוצר המשתלם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הקבלה בסוף הקניה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כמה כסף יש בתקציב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מחירים בין מוצרים דומים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רשימת קניות מראש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סיכום: תכנון תקציב לשוק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שיש לכם 30 שקלים ליום השוק. כתבו אילו 3-4 מוצרים הייתם קונים, כמה עולה כל אחד, וכמה כסף נשאר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הוצאה לחיסכון?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עודף אחרי קניה?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להשוות מחירים לפני קניה?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- הכספת של השוק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